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856"/>
        <w:gridCol w:w="1440"/>
      </w:tblGrid>
      <w:tr>
        <w:tc>
          <w:tcPr>
            <w:tcW w:type="dxa" w:w="8856"/>
            <w:tcMar>
              <w:top w:w="0" w:type="dxa"/>
              <w:start w:w="0" w:type="dxa"/>
              <w:bottom w:w="30" w:type="dxa"/>
              <w:end w:w="0" w:type="dxa"/>
            </w:tcMar>
            <w:vAlign w:val="center"/>
          </w:tcPr>
          <w:p>
            <w:pPr>
              <w:spacing w:after="0"/>
            </w:pPr>
            <w:r>
              <w:rPr>
                <w:rFonts w:ascii="Arial" w:hAnsi="Arial"/>
                <w:b/>
                <w:color w:val="122743"/>
                <w:sz w:val="44"/>
              </w:rPr>
              <w:t>MOHAMED ADHAM ISMAIL</w:t>
            </w:r>
          </w:p>
          <w:p>
            <w:pPr>
              <w:spacing w:after="80"/>
            </w:pPr>
            <w:r>
              <w:rPr>
                <w:rFonts w:ascii="Arial" w:hAnsi="Arial"/>
                <w:b/>
                <w:color w:val="007DD5"/>
                <w:sz w:val="22"/>
              </w:rPr>
              <w:t>Senior Full Stack Developer</w:t>
            </w:r>
          </w:p>
          <w:p>
            <w:pPr>
              <w:spacing w:after="20"/>
            </w:pPr>
            <w:r>
              <w:rPr>
                <w:rFonts w:ascii="Arial" w:hAnsi="Arial"/>
                <w:b w:val="0"/>
                <w:color w:val="303740"/>
                <w:sz w:val="16"/>
              </w:rPr>
              <w:t>Riyadh, Saudi Arabia  |  0543577633  |  mohamedadhamismail@gmail.com</w:t>
            </w:r>
          </w:p>
          <w:p>
            <w:pPr>
              <w:spacing w:after="20"/>
            </w:pPr>
            <w:r>
              <w:rPr>
                <w:rFonts w:ascii="Arial" w:hAnsi="Arial"/>
                <w:b w:val="0"/>
                <w:color w:val="303740"/>
                <w:sz w:val="16"/>
              </w:rPr>
              <w:t>linkedin.com/in/mohamed-adham-313882240  |  github.com/mohamedadhamahmed</w:t>
            </w:r>
          </w:p>
        </w:tc>
        <w:tc>
          <w:tcPr>
            <w:tcW w:type="dxa" w:w="1440"/>
            <w:tcMar>
              <w:top w:w="0" w:type="dxa"/>
              <w:start w:w="0" w:type="dxa"/>
              <w:bottom w:w="30" w:type="dxa"/>
              <w:end w:w="0" w:type="dxa"/>
            </w:tcMar>
            <w:vAlign w:val="center"/>
          </w:tcPr>
          <w:p>
            <w:pPr>
              <w:jc w:val="right"/>
            </w:pPr>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resume_portrait.png"/>
                          <pic:cNvPicPr/>
                        </pic:nvPicPr>
                        <pic:blipFill>
                          <a:blip r:embed="rId9"/>
                          <a:stretch>
                            <a:fillRect/>
                          </a:stretch>
                        </pic:blipFill>
                        <pic:spPr>
                          <a:xfrm>
                            <a:off x="0" y="0"/>
                            <a:ext cx="868680" cy="868680"/>
                          </a:xfrm>
                          <a:prstGeom prst="rect"/>
                        </pic:spPr>
                      </pic:pic>
                    </a:graphicData>
                  </a:graphic>
                </wp:inline>
              </w:drawing>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552"/>
        <w:gridCol w:w="3744"/>
      </w:tblGrid>
      <w:tr>
        <w:tc>
          <w:tcPr>
            <w:tcW w:type="dxa" w:w="6552"/>
            <w:tcMar>
              <w:top w:w="25" w:type="dxa"/>
              <w:start w:w="0" w:type="dxa"/>
              <w:bottom w:w="0" w:type="dxa"/>
              <w:end w:w="110" w:type="dxa"/>
            </w:tcMar>
          </w:tcPr>
          <w:p>
            <w:pPr>
              <w:spacing w:before="120" w:after="60" w:line="240" w:lineRule="auto"/>
            </w:pPr>
            <w:r>
              <w:rPr>
                <w:rFonts w:ascii="Arial" w:hAnsi="Arial"/>
                <w:b/>
                <w:color w:val="007DD5"/>
                <w:sz w:val="22"/>
              </w:rPr>
              <w:t>SUMMARY</w:t>
            </w:r>
          </w:p>
          <w:p>
            <w:pPr>
              <w:spacing w:before="0" w:after="40" w:line="240" w:lineRule="auto"/>
            </w:pPr>
            <w:r>
              <w:rPr>
                <w:rFonts w:ascii="Arial" w:hAnsi="Arial"/>
                <w:b w:val="0"/>
                <w:color w:val="303740"/>
                <w:sz w:val="16"/>
              </w:rPr>
              <w:t>Senior Full Stack Developer with 5+ years of experience designing and delivering large-scale enterprise web and mobile applications. Specializes in PHP, Laravel, Flutter, and Dart, with experience building ERP platforms, logistics systems, RESTful APIs, and cross-platform mobile apps. Develops offline-first workflows that let users continue working without an internet connection and synchronize data when connectivity returns. Skilled in database design and optimization, Clean Architecture, application state management, cloud integrations, and end-to-end app delivery. Improved database query performance by 40% and mentored developers on SOLID principles and clean code.</w:t>
            </w:r>
          </w:p>
          <w:p>
            <w:pPr>
              <w:spacing w:before="120" w:after="60" w:line="240" w:lineRule="auto"/>
            </w:pPr>
            <w:r>
              <w:rPr>
                <w:rFonts w:ascii="Arial" w:hAnsi="Arial"/>
                <w:b/>
                <w:color w:val="007DD5"/>
                <w:sz w:val="22"/>
              </w:rPr>
              <w:t>EXPERIENCE</w:t>
            </w:r>
          </w:p>
          <w:p>
            <w:pPr>
              <w:spacing w:before="60" w:after="0" w:line="240" w:lineRule="auto"/>
            </w:pPr>
            <w:r>
              <w:rPr>
                <w:rFonts w:ascii="Arial" w:hAnsi="Arial"/>
                <w:b/>
                <w:color w:val="122743"/>
                <w:sz w:val="19"/>
              </w:rPr>
              <w:t>Senior Full Stack Developer</w:t>
            </w:r>
          </w:p>
          <w:p>
            <w:pPr>
              <w:spacing w:before="0" w:after="20" w:line="240" w:lineRule="auto"/>
            </w:pPr>
            <w:r>
              <w:rPr>
                <w:rFonts w:ascii="Arial" w:hAnsi="Arial"/>
                <w:b/>
                <w:color w:val="007DD5"/>
                <w:sz w:val="16"/>
              </w:rPr>
              <w:t>Ebdaa Soft for Software  |  2022 - Present</w:t>
            </w:r>
          </w:p>
          <w:p>
            <w:pPr>
              <w:spacing w:after="20" w:line="240" w:lineRule="auto"/>
              <w:ind w:left="187" w:hanging="158"/>
            </w:pPr>
            <w:r>
              <w:rPr>
                <w:rFonts w:ascii="Arial" w:hAnsi="Arial"/>
                <w:b w:val="0"/>
                <w:color w:val="303740"/>
                <w:sz w:val="16"/>
              </w:rPr>
              <w:t>• Lead development of enterprise software solutions using Laravel and Vue.js.</w:t>
            </w:r>
          </w:p>
          <w:p>
            <w:pPr>
              <w:spacing w:after="20" w:line="240" w:lineRule="auto"/>
              <w:ind w:left="187" w:hanging="158"/>
            </w:pPr>
            <w:r>
              <w:rPr>
                <w:rFonts w:ascii="Arial" w:hAnsi="Arial"/>
                <w:b w:val="0"/>
                <w:color w:val="303740"/>
                <w:sz w:val="16"/>
              </w:rPr>
              <w:t>• Architect and maintain MySQL and PostgreSQL databases; optimize queries to improve performance by 40%.</w:t>
            </w:r>
          </w:p>
          <w:p>
            <w:pPr>
              <w:spacing w:after="20" w:line="240" w:lineRule="auto"/>
              <w:ind w:left="187" w:hanging="158"/>
            </w:pPr>
            <w:r>
              <w:rPr>
                <w:rFonts w:ascii="Arial" w:hAnsi="Arial"/>
                <w:b w:val="0"/>
                <w:color w:val="303740"/>
                <w:sz w:val="16"/>
              </w:rPr>
              <w:t>• Develop Flutter applications for internal management systems and integrate them with web backends.</w:t>
            </w:r>
          </w:p>
          <w:p>
            <w:pPr>
              <w:spacing w:after="20" w:line="240" w:lineRule="auto"/>
              <w:ind w:left="187" w:hanging="158"/>
            </w:pPr>
            <w:r>
              <w:rPr>
                <w:rFonts w:ascii="Arial" w:hAnsi="Arial"/>
                <w:b w:val="0"/>
                <w:color w:val="303740"/>
                <w:sz w:val="16"/>
              </w:rPr>
              <w:t>• Mentor junior developers and conduct code reviews, reinforcing SOLID principles and clean code standards.</w:t>
            </w:r>
          </w:p>
          <w:p>
            <w:pPr>
              <w:spacing w:before="60" w:after="0" w:line="240" w:lineRule="auto"/>
            </w:pPr>
            <w:r>
              <w:rPr>
                <w:rFonts w:ascii="Arial" w:hAnsi="Arial"/>
                <w:b/>
                <w:color w:val="122743"/>
                <w:sz w:val="19"/>
              </w:rPr>
              <w:t>Full Stack Developer</w:t>
            </w:r>
          </w:p>
          <w:p>
            <w:pPr>
              <w:spacing w:before="0" w:after="20" w:line="240" w:lineRule="auto"/>
            </w:pPr>
            <w:r>
              <w:rPr>
                <w:rFonts w:ascii="Arial" w:hAnsi="Arial"/>
                <w:b/>
                <w:color w:val="007DD5"/>
                <w:sz w:val="16"/>
              </w:rPr>
              <w:t>NSAF (Logistics Tech)  |  2021 - 2022</w:t>
            </w:r>
          </w:p>
          <w:p>
            <w:pPr>
              <w:spacing w:after="20" w:line="240" w:lineRule="auto"/>
              <w:ind w:left="187" w:hanging="158"/>
            </w:pPr>
            <w:r>
              <w:rPr>
                <w:rFonts w:ascii="Arial" w:hAnsi="Arial"/>
                <w:b w:val="0"/>
                <w:color w:val="303740"/>
                <w:sz w:val="16"/>
              </w:rPr>
              <w:t>• Developed a truck logistics platform with real-time bidding and order management.</w:t>
            </w:r>
          </w:p>
          <w:p>
            <w:pPr>
              <w:spacing w:after="20" w:line="240" w:lineRule="auto"/>
              <w:ind w:left="187" w:hanging="158"/>
            </w:pPr>
            <w:r>
              <w:rPr>
                <w:rFonts w:ascii="Arial" w:hAnsi="Arial"/>
                <w:b w:val="0"/>
                <w:color w:val="303740"/>
                <w:sz w:val="16"/>
              </w:rPr>
              <w:t>• Integrated Google Maps API for live tracking and route calculation for drivers across Saudi Arabia.</w:t>
            </w:r>
          </w:p>
          <w:p>
            <w:pPr>
              <w:spacing w:after="20" w:line="240" w:lineRule="auto"/>
              <w:ind w:left="187" w:hanging="158"/>
            </w:pPr>
            <w:r>
              <w:rPr>
                <w:rFonts w:ascii="Arial" w:hAnsi="Arial"/>
                <w:b w:val="0"/>
                <w:color w:val="303740"/>
                <w:sz w:val="16"/>
              </w:rPr>
              <w:t>• Implemented payment gateway integration and real-time notifications using Firebase Cloud Messaging.</w:t>
            </w:r>
          </w:p>
          <w:p>
            <w:pPr>
              <w:spacing w:after="20" w:line="240" w:lineRule="auto"/>
              <w:ind w:left="187" w:hanging="158"/>
            </w:pPr>
            <w:r>
              <w:rPr>
                <w:rFonts w:ascii="Arial" w:hAnsi="Arial"/>
                <w:b w:val="0"/>
                <w:color w:val="303740"/>
                <w:sz w:val="16"/>
              </w:rPr>
              <w:t>• Managed the application lifecycle from concept through deployment to Google Play and the App Store.</w:t>
            </w:r>
          </w:p>
          <w:p>
            <w:pPr>
              <w:spacing w:before="60" w:after="0" w:line="240" w:lineRule="auto"/>
            </w:pPr>
            <w:r>
              <w:rPr>
                <w:rFonts w:ascii="Arial" w:hAnsi="Arial"/>
                <w:b/>
                <w:color w:val="122743"/>
                <w:sz w:val="19"/>
              </w:rPr>
              <w:t>Flutter Developer</w:t>
            </w:r>
          </w:p>
          <w:p>
            <w:pPr>
              <w:spacing w:before="0" w:after="20" w:line="240" w:lineRule="auto"/>
            </w:pPr>
            <w:r>
              <w:rPr>
                <w:rFonts w:ascii="Arial" w:hAnsi="Arial"/>
                <w:b/>
                <w:color w:val="007DD5"/>
                <w:sz w:val="16"/>
              </w:rPr>
              <w:t>MTI  |  2020 - 2021</w:t>
            </w:r>
          </w:p>
          <w:p>
            <w:pPr>
              <w:spacing w:after="20" w:line="240" w:lineRule="auto"/>
              <w:ind w:left="187" w:hanging="158"/>
            </w:pPr>
            <w:r>
              <w:rPr>
                <w:rFonts w:ascii="Arial" w:hAnsi="Arial"/>
                <w:b w:val="0"/>
                <w:color w:val="303740"/>
                <w:sz w:val="16"/>
              </w:rPr>
              <w:t>• Developed and maintained mobile applications focused on responsive design and user experience.</w:t>
            </w:r>
          </w:p>
          <w:p>
            <w:pPr>
              <w:spacing w:after="20" w:line="240" w:lineRule="auto"/>
              <w:ind w:left="187" w:hanging="158"/>
            </w:pPr>
            <w:r>
              <w:rPr>
                <w:rFonts w:ascii="Arial" w:hAnsi="Arial"/>
                <w:b w:val="0"/>
                <w:color w:val="303740"/>
                <w:sz w:val="16"/>
              </w:rPr>
              <w:t>• Integrated RESTful APIs and managed application state using Bloc and GetX.</w:t>
            </w:r>
          </w:p>
          <w:p>
            <w:pPr>
              <w:spacing w:before="60" w:after="0" w:line="240" w:lineRule="auto"/>
            </w:pPr>
            <w:r>
              <w:rPr>
                <w:rFonts w:ascii="Arial" w:hAnsi="Arial"/>
                <w:b/>
                <w:color w:val="122743"/>
                <w:sz w:val="19"/>
              </w:rPr>
              <w:t>Freelance Flutter Developer</w:t>
            </w:r>
          </w:p>
          <w:p>
            <w:pPr>
              <w:spacing w:before="0" w:after="20" w:line="240" w:lineRule="auto"/>
            </w:pPr>
            <w:r>
              <w:rPr>
                <w:rFonts w:ascii="Arial" w:hAnsi="Arial"/>
                <w:b/>
                <w:color w:val="007DD5"/>
                <w:sz w:val="16"/>
              </w:rPr>
              <w:t>Self-Employed  |  2018 - 2020</w:t>
            </w:r>
          </w:p>
          <w:p>
            <w:pPr>
              <w:spacing w:after="20" w:line="240" w:lineRule="auto"/>
              <w:ind w:left="187" w:hanging="158"/>
            </w:pPr>
            <w:r>
              <w:rPr>
                <w:rFonts w:ascii="Arial" w:hAnsi="Arial"/>
                <w:b w:val="0"/>
                <w:color w:val="303740"/>
                <w:sz w:val="16"/>
              </w:rPr>
              <w:t>• Delivered custom mobile applications for clients, including e-commerce solutions.</w:t>
            </w:r>
          </w:p>
        </w:tc>
        <w:tc>
          <w:tcPr>
            <w:tcW w:type="dxa" w:w="3744"/>
            <w:tcMar>
              <w:top w:w="25" w:type="dxa"/>
              <w:start w:w="0" w:type="dxa"/>
              <w:bottom w:w="0" w:type="dxa"/>
              <w:end w:w="110" w:type="dxa"/>
            </w:tcMar>
          </w:tcPr>
          <w:p>
            <w:pPr>
              <w:spacing w:before="120" w:after="60" w:line="240" w:lineRule="auto"/>
            </w:pPr>
            <w:r>
              <w:rPr>
                <w:rFonts w:ascii="Arial" w:hAnsi="Arial"/>
                <w:b/>
                <w:color w:val="007DD5"/>
                <w:sz w:val="22"/>
              </w:rPr>
              <w:t>SKILLS</w:t>
            </w:r>
          </w:p>
          <w:p>
            <w:pPr>
              <w:spacing w:before="60" w:after="20" w:line="240" w:lineRule="auto"/>
            </w:pPr>
            <w:r>
              <w:rPr>
                <w:rFonts w:ascii="Arial" w:hAnsi="Arial"/>
                <w:b/>
                <w:color w:val="007DD5"/>
                <w:sz w:val="17"/>
              </w:rPr>
              <w:t>Backend</w:t>
            </w:r>
          </w:p>
          <w:p>
            <w:pPr>
              <w:spacing w:before="0" w:after="60" w:line="240" w:lineRule="auto"/>
            </w:pPr>
            <w:r>
              <w:rPr>
                <w:rFonts w:ascii="Arial" w:hAnsi="Arial"/>
                <w:b w:val="0"/>
                <w:color w:val="303740"/>
                <w:sz w:val="16"/>
              </w:rPr>
              <w:t>PHP, Laravel, RESTful API Design, MySQL, PostgreSQL, SQLite</w:t>
            </w:r>
          </w:p>
          <w:p>
            <w:pPr>
              <w:spacing w:before="60" w:after="20" w:line="240" w:lineRule="auto"/>
            </w:pPr>
            <w:r>
              <w:rPr>
                <w:rFonts w:ascii="Arial" w:hAnsi="Arial"/>
                <w:b/>
                <w:color w:val="007DD5"/>
                <w:sz w:val="17"/>
              </w:rPr>
              <w:t>Mobile</w:t>
            </w:r>
          </w:p>
          <w:p>
            <w:pPr>
              <w:spacing w:before="0" w:after="60" w:line="240" w:lineRule="auto"/>
            </w:pPr>
            <w:r>
              <w:rPr>
                <w:rFonts w:ascii="Arial" w:hAnsi="Arial"/>
                <w:b w:val="0"/>
                <w:color w:val="303740"/>
                <w:sz w:val="16"/>
              </w:rPr>
              <w:t>Flutter, Dart, Bloc, GetX, Provider, Firebase, Firebase Cloud Messaging</w:t>
            </w:r>
          </w:p>
          <w:p>
            <w:pPr>
              <w:spacing w:before="60" w:after="20" w:line="240" w:lineRule="auto"/>
            </w:pPr>
            <w:r>
              <w:rPr>
                <w:rFonts w:ascii="Arial" w:hAnsi="Arial"/>
                <w:b/>
                <w:color w:val="007DD5"/>
                <w:sz w:val="17"/>
              </w:rPr>
              <w:t>Frontend</w:t>
            </w:r>
          </w:p>
          <w:p>
            <w:pPr>
              <w:spacing w:before="0" w:after="60" w:line="240" w:lineRule="auto"/>
            </w:pPr>
            <w:r>
              <w:rPr>
                <w:rFonts w:ascii="Arial" w:hAnsi="Arial"/>
                <w:b w:val="0"/>
                <w:color w:val="303740"/>
                <w:sz w:val="16"/>
              </w:rPr>
              <w:t>JavaScript, Vue.js, HTML5, CSS3, Bootstrap, Tailwind CSS</w:t>
            </w:r>
          </w:p>
          <w:p>
            <w:pPr>
              <w:spacing w:before="60" w:after="20" w:line="240" w:lineRule="auto"/>
            </w:pPr>
            <w:r>
              <w:rPr>
                <w:rFonts w:ascii="Arial" w:hAnsi="Arial"/>
                <w:b/>
                <w:color w:val="007DD5"/>
                <w:sz w:val="17"/>
              </w:rPr>
              <w:t>Architecture</w:t>
            </w:r>
          </w:p>
          <w:p>
            <w:pPr>
              <w:spacing w:before="0" w:after="60" w:line="240" w:lineRule="auto"/>
            </w:pPr>
            <w:r>
              <w:rPr>
                <w:rFonts w:ascii="Arial" w:hAnsi="Arial"/>
                <w:b w:val="0"/>
                <w:color w:val="303740"/>
                <w:sz w:val="16"/>
              </w:rPr>
              <w:t>Clean Architecture, MVC, MVVM, SOLID, Object-Oriented Programming (OOP)</w:t>
            </w:r>
          </w:p>
          <w:p>
            <w:pPr>
              <w:spacing w:before="60" w:after="20" w:line="240" w:lineRule="auto"/>
            </w:pPr>
            <w:r>
              <w:rPr>
                <w:rFonts w:ascii="Arial" w:hAnsi="Arial"/>
                <w:b/>
                <w:color w:val="007DD5"/>
                <w:sz w:val="17"/>
              </w:rPr>
              <w:t>Tools and Platforms</w:t>
            </w:r>
          </w:p>
          <w:p>
            <w:pPr>
              <w:spacing w:before="0" w:after="60" w:line="240" w:lineRule="auto"/>
            </w:pPr>
            <w:r>
              <w:rPr>
                <w:rFonts w:ascii="Arial" w:hAnsi="Arial"/>
                <w:b w:val="0"/>
                <w:color w:val="303740"/>
                <w:sz w:val="16"/>
              </w:rPr>
              <w:t>Git, GitHub, Docker, Postman, Dio/HTTP, CI/CD, Google Maps API</w:t>
            </w:r>
          </w:p>
          <w:p>
            <w:pPr>
              <w:spacing w:before="60" w:after="20" w:line="240" w:lineRule="auto"/>
            </w:pPr>
            <w:r>
              <w:rPr>
                <w:rFonts w:ascii="Arial" w:hAnsi="Arial"/>
                <w:b/>
                <w:color w:val="007DD5"/>
                <w:sz w:val="17"/>
              </w:rPr>
              <w:t>Offline Capabilities</w:t>
            </w:r>
          </w:p>
          <w:p>
            <w:pPr>
              <w:spacing w:before="0" w:after="60" w:line="240" w:lineRule="auto"/>
            </w:pPr>
            <w:r>
              <w:rPr>
                <w:rFonts w:ascii="Arial" w:hAnsi="Arial"/>
                <w:b w:val="0"/>
                <w:color w:val="303740"/>
                <w:sz w:val="16"/>
              </w:rPr>
              <w:t>Offline-First Applications, Local Workflows, Data Synchronization on Reconnection</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744"/>
        <w:gridCol w:w="6552"/>
      </w:tblGrid>
      <w:tr>
        <w:tc>
          <w:tcPr>
            <w:tcW w:type="dxa" w:w="3744"/>
            <w:tcMar>
              <w:top w:w="20" w:type="dxa"/>
              <w:start w:w="0" w:type="dxa"/>
              <w:bottom w:w="0" w:type="dxa"/>
              <w:end w:w="110" w:type="dxa"/>
            </w:tcMar>
          </w:tcPr>
          <w:p>
            <w:pPr>
              <w:spacing w:before="120" w:after="60" w:line="240" w:lineRule="auto"/>
            </w:pPr>
            <w:r>
              <w:rPr>
                <w:rFonts w:ascii="Arial" w:hAnsi="Arial"/>
                <w:b/>
                <w:color w:val="007DD5"/>
                <w:sz w:val="22"/>
              </w:rPr>
              <w:t>EDUCATION</w:t>
            </w:r>
          </w:p>
          <w:p>
            <w:pPr>
              <w:spacing w:before="60" w:after="0" w:line="240" w:lineRule="auto"/>
            </w:pPr>
            <w:r>
              <w:rPr>
                <w:rFonts w:ascii="Arial" w:hAnsi="Arial"/>
                <w:b/>
                <w:color w:val="122743"/>
                <w:sz w:val="19"/>
              </w:rPr>
              <w:t>Bachelor of Computer Science</w:t>
            </w:r>
          </w:p>
          <w:p>
            <w:pPr>
              <w:spacing w:before="0" w:after="40" w:line="240" w:lineRule="auto"/>
            </w:pPr>
            <w:r>
              <w:rPr>
                <w:rFonts w:ascii="Arial" w:hAnsi="Arial"/>
                <w:b/>
                <w:color w:val="007DD5"/>
                <w:sz w:val="16"/>
              </w:rPr>
              <w:t>Benha University, Faculty of Computers and Artificial Intelligence</w:t>
            </w:r>
          </w:p>
          <w:p>
            <w:pPr>
              <w:spacing w:before="0" w:after="40" w:line="240" w:lineRule="auto"/>
            </w:pPr>
            <w:r>
              <w:rPr>
                <w:rFonts w:ascii="Arial" w:hAnsi="Arial"/>
                <w:b w:val="0"/>
                <w:color w:val="303740"/>
                <w:sz w:val="16"/>
              </w:rPr>
              <w:t>2016 - 2020</w:t>
            </w:r>
          </w:p>
          <w:p>
            <w:pPr>
              <w:spacing w:before="0" w:after="20" w:line="240" w:lineRule="auto"/>
            </w:pPr>
            <w:r>
              <w:rPr>
                <w:rFonts w:ascii="Arial" w:hAnsi="Arial"/>
                <w:b w:val="0"/>
                <w:color w:val="303740"/>
                <w:sz w:val="16"/>
              </w:rPr>
              <w:t>Major: Computer Science</w:t>
            </w:r>
          </w:p>
          <w:p>
            <w:pPr>
              <w:spacing w:before="0" w:after="60" w:line="240" w:lineRule="auto"/>
            </w:pPr>
            <w:r>
              <w:rPr>
                <w:rFonts w:ascii="Arial" w:hAnsi="Arial"/>
                <w:b w:val="0"/>
                <w:color w:val="303740"/>
                <w:sz w:val="16"/>
              </w:rPr>
              <w:t>GPA: 2.6 / 4.0</w:t>
            </w:r>
          </w:p>
          <w:p>
            <w:pPr>
              <w:spacing w:before="120" w:after="60" w:line="240" w:lineRule="auto"/>
            </w:pPr>
            <w:r>
              <w:rPr>
                <w:rFonts w:ascii="Arial" w:hAnsi="Arial"/>
                <w:b/>
                <w:color w:val="007DD5"/>
                <w:sz w:val="22"/>
              </w:rPr>
              <w:t>LANGUAGES</w:t>
            </w:r>
          </w:p>
          <w:p>
            <w:pPr>
              <w:spacing w:before="0" w:after="40" w:line="240" w:lineRule="auto"/>
            </w:pPr>
            <w:r>
              <w:rPr>
                <w:rFonts w:ascii="Arial" w:hAnsi="Arial"/>
                <w:b w:val="0"/>
                <w:color w:val="303740"/>
                <w:sz w:val="17"/>
              </w:rPr>
              <w:t>Arabic: Native</w:t>
            </w:r>
          </w:p>
          <w:p>
            <w:pPr>
              <w:spacing w:before="0" w:after="40" w:line="240" w:lineRule="auto"/>
            </w:pPr>
            <w:r>
              <w:rPr>
                <w:rFonts w:ascii="Arial" w:hAnsi="Arial"/>
                <w:b w:val="0"/>
                <w:color w:val="303740"/>
                <w:sz w:val="17"/>
              </w:rPr>
              <w:t>English: Very Good (Professional Working Proficiency)</w:t>
            </w:r>
          </w:p>
        </w:tc>
        <w:tc>
          <w:tcPr>
            <w:tcW w:type="dxa" w:w="6552"/>
            <w:tcMar>
              <w:top w:w="20" w:type="dxa"/>
              <w:start w:w="0" w:type="dxa"/>
              <w:bottom w:w="0" w:type="dxa"/>
              <w:end w:w="110" w:type="dxa"/>
            </w:tcMar>
          </w:tcPr>
          <w:p>
            <w:pPr>
              <w:spacing w:before="120" w:after="60" w:line="240" w:lineRule="auto"/>
            </w:pPr>
            <w:r>
              <w:rPr>
                <w:rFonts w:ascii="Arial" w:hAnsi="Arial"/>
                <w:b/>
                <w:color w:val="007DD5"/>
                <w:sz w:val="22"/>
              </w:rPr>
              <w:t>ERP PROJECTS</w:t>
            </w:r>
          </w:p>
          <w:p>
            <w:pPr>
              <w:spacing w:before="0" w:after="60" w:line="240" w:lineRule="auto"/>
            </w:pPr>
            <w:r>
              <w:rPr>
                <w:rFonts w:ascii="Arial" w:hAnsi="Arial"/>
                <w:b w:val="0"/>
                <w:color w:val="303740"/>
                <w:sz w:val="17"/>
              </w:rPr>
              <w:t>Delivered ERP solutions for seven business sectors:</w:t>
            </w:r>
          </w:p>
          <w:p>
            <w:pPr>
              <w:spacing w:before="60" w:after="0" w:line="240" w:lineRule="auto"/>
            </w:pPr>
            <w:r>
              <w:rPr>
                <w:rFonts w:ascii="Arial" w:hAnsi="Arial"/>
                <w:b/>
                <w:color w:val="122743"/>
                <w:sz w:val="19"/>
              </w:rPr>
              <w:t>Accounting ERP</w:t>
            </w:r>
          </w:p>
          <w:p>
            <w:pPr>
              <w:spacing w:before="0" w:after="60" w:line="240" w:lineRule="auto"/>
            </w:pPr>
            <w:r>
              <w:rPr>
                <w:rFonts w:ascii="Arial" w:hAnsi="Arial"/>
                <w:b w:val="0"/>
                <w:color w:val="303740"/>
                <w:sz w:val="16"/>
              </w:rPr>
              <w:t>ERP solution for accounting and financial operations.</w:t>
            </w:r>
          </w:p>
          <w:p>
            <w:pPr>
              <w:spacing w:before="60" w:after="0" w:line="240" w:lineRule="auto"/>
            </w:pPr>
            <w:r>
              <w:rPr>
                <w:rFonts w:ascii="Arial" w:hAnsi="Arial"/>
                <w:b/>
                <w:color w:val="122743"/>
                <w:sz w:val="19"/>
              </w:rPr>
              <w:t>Manufacturing ERP</w:t>
            </w:r>
          </w:p>
          <w:p>
            <w:pPr>
              <w:spacing w:before="0" w:after="60" w:line="240" w:lineRule="auto"/>
            </w:pPr>
            <w:r>
              <w:rPr>
                <w:rFonts w:ascii="Arial" w:hAnsi="Arial"/>
                <w:b w:val="0"/>
                <w:color w:val="303740"/>
                <w:sz w:val="16"/>
              </w:rPr>
              <w:t>ERP solution for factory and manufacturing operations.</w:t>
            </w:r>
          </w:p>
          <w:p>
            <w:pPr>
              <w:spacing w:before="60" w:after="0" w:line="240" w:lineRule="auto"/>
            </w:pPr>
            <w:r>
              <w:rPr>
                <w:rFonts w:ascii="Arial" w:hAnsi="Arial"/>
                <w:b/>
                <w:color w:val="122743"/>
                <w:sz w:val="19"/>
              </w:rPr>
              <w:t>Clinic Management ERP</w:t>
            </w:r>
          </w:p>
          <w:p>
            <w:pPr>
              <w:spacing w:before="0" w:after="60" w:line="240" w:lineRule="auto"/>
            </w:pPr>
            <w:r>
              <w:rPr>
                <w:rFonts w:ascii="Arial" w:hAnsi="Arial"/>
                <w:b w:val="0"/>
                <w:color w:val="303740"/>
                <w:sz w:val="16"/>
              </w:rPr>
              <w:t>ERP solution for clinic operations.</w:t>
            </w:r>
          </w:p>
          <w:p>
            <w:pPr>
              <w:spacing w:before="60" w:after="0" w:line="240" w:lineRule="auto"/>
            </w:pPr>
            <w:r>
              <w:rPr>
                <w:rFonts w:ascii="Arial" w:hAnsi="Arial"/>
                <w:b/>
                <w:color w:val="122743"/>
                <w:sz w:val="19"/>
              </w:rPr>
              <w:t>Pharmacy ERP</w:t>
            </w:r>
          </w:p>
          <w:p>
            <w:pPr>
              <w:spacing w:before="0" w:after="60" w:line="240" w:lineRule="auto"/>
            </w:pPr>
            <w:r>
              <w:rPr>
                <w:rFonts w:ascii="Arial" w:hAnsi="Arial"/>
                <w:b w:val="0"/>
                <w:color w:val="303740"/>
                <w:sz w:val="16"/>
              </w:rPr>
              <w:t>ERP solution for pharmacy operations.</w:t>
            </w:r>
          </w:p>
          <w:p>
            <w:pPr>
              <w:spacing w:before="60" w:after="0" w:line="240" w:lineRule="auto"/>
            </w:pPr>
            <w:r>
              <w:rPr>
                <w:rFonts w:ascii="Arial" w:hAnsi="Arial"/>
                <w:b/>
                <w:color w:val="122743"/>
                <w:sz w:val="19"/>
              </w:rPr>
              <w:t>Supermarket ERP and POS</w:t>
            </w:r>
          </w:p>
          <w:p>
            <w:pPr>
              <w:spacing w:before="0" w:after="60" w:line="240" w:lineRule="auto"/>
            </w:pPr>
            <w:r>
              <w:rPr>
                <w:rFonts w:ascii="Arial" w:hAnsi="Arial"/>
                <w:b w:val="0"/>
                <w:color w:val="303740"/>
                <w:sz w:val="16"/>
              </w:rPr>
              <w:t>Retail ERP and point-of-sale solution for supermarket operations.</w:t>
            </w:r>
          </w:p>
          <w:p>
            <w:pPr>
              <w:spacing w:before="60" w:after="0" w:line="240" w:lineRule="auto"/>
            </w:pPr>
            <w:r>
              <w:rPr>
                <w:rFonts w:ascii="Arial" w:hAnsi="Arial"/>
                <w:b/>
                <w:color w:val="122743"/>
                <w:sz w:val="19"/>
              </w:rPr>
              <w:t>Automotive Spare Parts ERP</w:t>
            </w:r>
          </w:p>
          <w:p>
            <w:pPr>
              <w:spacing w:before="0" w:after="60" w:line="240" w:lineRule="auto"/>
            </w:pPr>
            <w:r>
              <w:rPr>
                <w:rFonts w:ascii="Arial" w:hAnsi="Arial"/>
                <w:b w:val="0"/>
                <w:color w:val="303740"/>
                <w:sz w:val="16"/>
              </w:rPr>
              <w:t>ERP solution for automotive spare parts business operations.</w:t>
            </w:r>
          </w:p>
          <w:p>
            <w:pPr>
              <w:spacing w:before="60" w:after="0" w:line="240" w:lineRule="auto"/>
            </w:pPr>
            <w:r>
              <w:rPr>
                <w:rFonts w:ascii="Arial" w:hAnsi="Arial"/>
                <w:b/>
                <w:color w:val="122743"/>
                <w:sz w:val="19"/>
              </w:rPr>
              <w:t>Restaurant Management ERP</w:t>
            </w:r>
          </w:p>
          <w:p>
            <w:pPr>
              <w:spacing w:before="0" w:after="60" w:line="240" w:lineRule="auto"/>
            </w:pPr>
            <w:r>
              <w:rPr>
                <w:rFonts w:ascii="Arial" w:hAnsi="Arial"/>
                <w:b w:val="0"/>
                <w:color w:val="303740"/>
                <w:sz w:val="16"/>
              </w:rPr>
              <w:t>ERP solution for restaurant operations, including a Flutter-based interface.</w:t>
            </w:r>
          </w:p>
        </w:tc>
      </w:tr>
    </w:tbl>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pPr>
    <w:rPr>
      <w:rFonts w:ascii="Arial" w:hAnsi="Arial"/>
      <w:color w:val="30374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Mohamed Adham Ismail - Photo Resume</dc:title>
  <dc:subject/>
  <dc:creator>Mohamed Adham Ismail</dc:creator>
  <cp:keywords/>
  <dc:description>generated by python-docx</dc:description>
  <cp:lastModifiedBy/>
  <cp:revision>1</cp:revision>
  <dcterms:created xsi:type="dcterms:W3CDTF">2013-12-23T23:15:00Z</dcterms:created>
  <dcterms:modified xsi:type="dcterms:W3CDTF">2013-12-23T23:15:00Z</dcterms:modified>
  <cp:category/>
</cp:coreProperties>
</file>